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Your film press kit</w:t>
      </w:r>
    </w:p>
    <w:p>
      <w:r>
        <w:t>Original reusable template • Copy and adapt for your own production. Replace prompts and remove unused sections before publication.</w:t>
      </w:r>
    </w:p>
    <w:p>
      <w:pPr>
        <w:pStyle w:val="Heading1"/>
      </w:pPr>
      <w:r>
        <w:t>1  Film at a glance</w:t>
      </w:r>
    </w:p>
    <w:p>
      <w:pPr>
        <w:pStyle w:val="Heading2"/>
      </w:pPr>
      <w:r>
        <w:t>Film title and logline</w:t>
      </w:r>
    </w:p>
    <w:p>
      <w:r>
        <w:t>________________________________________________________________</w:t>
      </w:r>
    </w:p>
    <w:p>
      <w:pPr>
        <w:pStyle w:val="Heading2"/>
      </w:pPr>
      <w:r>
        <w:t>Genre and current production status</w:t>
      </w:r>
    </w:p>
    <w:p>
      <w:r>
        <w:t>________________________________________________________________</w:t>
      </w:r>
    </w:p>
    <w:p>
      <w:pPr>
        <w:pStyle w:val="Heading2"/>
      </w:pPr>
      <w:r>
        <w:t>Runtime including credits / country / year / language</w:t>
      </w:r>
    </w:p>
    <w:p>
      <w:r>
        <w:t>________________________________________________________________</w:t>
      </w:r>
    </w:p>
    <w:p>
      <w:pPr>
        <w:pStyle w:val="Heading2"/>
      </w:pPr>
      <w:r>
        <w:t>Public contact and press download link</w:t>
      </w:r>
    </w:p>
    <w:p>
      <w:r>
        <w:t>________________________________________________________________</w:t>
      </w:r>
    </w:p>
    <w:p>
      <w:pPr>
        <w:pStyle w:val="Heading2"/>
      </w:pPr>
      <w:r>
        <w:t>Issue date / approved artwork and credit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Heading1"/>
      </w:pPr>
      <w:r>
        <w:t>2  Tell the story</w:t>
      </w:r>
    </w:p>
    <w:p>
      <w:pPr>
        <w:pStyle w:val="Heading2"/>
      </w:pPr>
      <w:r>
        <w:t>Short public synopsis (approximately 50–100 words)</w:t>
      </w:r>
    </w:p>
    <w:p>
      <w:r>
        <w:t>________________________________________________________________</w:t>
      </w:r>
    </w:p>
    <w:p>
      <w:pPr>
        <w:pStyle w:val="Heading2"/>
      </w:pPr>
      <w:r>
        <w:t>Continue short synopsis</w:t>
      </w:r>
    </w:p>
    <w:p>
      <w:r>
        <w:t>________________________________________________________________</w:t>
      </w:r>
    </w:p>
    <w:p>
      <w:pPr>
        <w:pStyle w:val="Heading2"/>
      </w:pPr>
      <w:r>
        <w:t>Longer synopsis (approximately 150–250 words)</w:t>
      </w:r>
    </w:p>
    <w:p>
      <w:r>
        <w:t>________________________________________________________________</w:t>
      </w:r>
    </w:p>
    <w:p>
      <w:pPr>
        <w:pStyle w:val="Heading2"/>
      </w:pPr>
      <w:r>
        <w:t>Continue longer synopsis</w:t>
      </w:r>
    </w:p>
    <w:p>
      <w:r>
        <w:t>________________________________________________________________</w:t>
      </w:r>
    </w:p>
    <w:p>
      <w:pPr>
        <w:pStyle w:val="Heading2"/>
      </w:pPr>
      <w:r>
        <w:t>Spoiler version needed? Label and keep separate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Heading1"/>
      </w:pPr>
      <w:r>
        <w:t>3  Creative statement</w:t>
      </w:r>
    </w:p>
    <w:p>
      <w:pPr>
        <w:pStyle w:val="Heading2"/>
      </w:pPr>
      <w:r>
        <w:t>Named speaker and role</w:t>
      </w:r>
    </w:p>
    <w:p>
      <w:r>
        <w:t>________________________________________________________________</w:t>
      </w:r>
    </w:p>
    <w:p>
      <w:pPr>
        <w:pStyle w:val="Heading2"/>
      </w:pPr>
      <w:r>
        <w:t>Why this story matters to you</w:t>
      </w:r>
    </w:p>
    <w:p>
      <w:r>
        <w:t>________________________________________________________________</w:t>
      </w:r>
    </w:p>
    <w:p>
      <w:pPr>
        <w:pStyle w:val="Heading2"/>
      </w:pPr>
      <w:r>
        <w:t>Specific visual or performance choices</w:t>
      </w:r>
    </w:p>
    <w:p>
      <w:r>
        <w:t>________________________________________________________________</w:t>
      </w:r>
    </w:p>
    <w:p>
      <w:pPr>
        <w:pStyle w:val="Heading2"/>
      </w:pPr>
      <w:r>
        <w:t>What you hope the audience experiences</w:t>
      </w:r>
    </w:p>
    <w:p>
      <w:r>
        <w:t>________________________________________________________________</w:t>
      </w:r>
    </w:p>
    <w:p>
      <w:pPr>
        <w:pStyle w:val="Heading2"/>
      </w:pPr>
      <w:r>
        <w:t>Approved by / date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Heading1"/>
      </w:pPr>
      <w:r>
        <w:t>4  People and biographies</w:t>
      </w:r>
    </w:p>
    <w:p>
      <w:pPr>
        <w:pStyle w:val="Heading2"/>
      </w:pPr>
      <w:r>
        <w:t>Director: approved short biography</w:t>
      </w:r>
    </w:p>
    <w:p>
      <w:r>
        <w:t>________________________________________________________________</w:t>
      </w:r>
    </w:p>
    <w:p>
      <w:pPr>
        <w:pStyle w:val="Heading2"/>
      </w:pPr>
      <w:r>
        <w:t>Writer: approved short biography</w:t>
      </w:r>
    </w:p>
    <w:p>
      <w:r>
        <w:t>________________________________________________________________</w:t>
      </w:r>
    </w:p>
    <w:p>
      <w:pPr>
        <w:pStyle w:val="Heading2"/>
      </w:pPr>
      <w:r>
        <w:t>Producer: approved short biography</w:t>
      </w:r>
    </w:p>
    <w:p>
      <w:r>
        <w:t>________________________________________________________________</w:t>
      </w:r>
    </w:p>
    <w:p>
      <w:pPr>
        <w:pStyle w:val="Heading2"/>
      </w:pPr>
      <w:r>
        <w:t>Principal cast and roles</w:t>
      </w:r>
    </w:p>
    <w:p>
      <w:r>
        <w:t>________________________________________________________________</w:t>
      </w:r>
    </w:p>
    <w:p>
      <w:pPr>
        <w:pStyle w:val="Heading2"/>
      </w:pPr>
      <w:r>
        <w:t>Other agreed biographies and approvals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Heading1"/>
      </w:pPr>
      <w:r>
        <w:t>5  Credits and screening facts</w:t>
      </w:r>
    </w:p>
    <w:p>
      <w:pPr>
        <w:pStyle w:val="Heading2"/>
      </w:pPr>
      <w:r>
        <w:t>Approved creative and production credits</w:t>
      </w:r>
    </w:p>
    <w:p>
      <w:r>
        <w:t>________________________________________________________________</w:t>
      </w:r>
    </w:p>
    <w:p>
      <w:pPr>
        <w:pStyle w:val="Heading2"/>
      </w:pPr>
      <w:r>
        <w:t>Production company and country</w:t>
      </w:r>
    </w:p>
    <w:p>
      <w:r>
        <w:t>________________________________________________________________</w:t>
      </w:r>
    </w:p>
    <w:p>
      <w:pPr>
        <w:pStyle w:val="Heading2"/>
      </w:pPr>
      <w:r>
        <w:t>Confirmed runtime / picture and sound delivery information</w:t>
      </w:r>
    </w:p>
    <w:p>
      <w:r>
        <w:t>________________________________________________________________</w:t>
      </w:r>
    </w:p>
    <w:p>
      <w:pPr>
        <w:pStyle w:val="Heading2"/>
      </w:pPr>
      <w:r>
        <w:t>Available captions / audio description / other access versions</w:t>
      </w:r>
    </w:p>
    <w:p>
      <w:r>
        <w:t>________________________________________________________________</w:t>
      </w:r>
    </w:p>
    <w:p>
      <w:pPr>
        <w:pStyle w:val="Heading2"/>
      </w:pPr>
      <w:r>
        <w:t>Screening enquiries and response contact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Heading1"/>
      </w:pPr>
      <w:r>
        <w:t>6  Pictures and other assets</w:t>
      </w:r>
    </w:p>
    <w:p>
      <w:pPr>
        <w:pStyle w:val="Heading2"/>
      </w:pPr>
      <w:r>
        <w:t>Filename and accurate caption</w:t>
      </w:r>
    </w:p>
    <w:p>
      <w:r>
        <w:t>________________________________________________________________</w:t>
      </w:r>
    </w:p>
    <w:p>
      <w:pPr>
        <w:pStyle w:val="Heading2"/>
      </w:pPr>
      <w:r>
        <w:t>Photographer or artist credit / copyright holder</w:t>
      </w:r>
    </w:p>
    <w:p>
      <w:r>
        <w:t>________________________________________________________________</w:t>
      </w:r>
    </w:p>
    <w:p>
      <w:pPr>
        <w:pStyle w:val="Heading2"/>
      </w:pPr>
      <w:r>
        <w:t>Approved press use and restrictions</w:t>
      </w:r>
    </w:p>
    <w:p>
      <w:r>
        <w:t>________________________________________________________________</w:t>
      </w:r>
    </w:p>
    <w:p>
      <w:pPr>
        <w:pStyle w:val="Heading2"/>
      </w:pPr>
      <w:r>
        <w:t>High-resolution download link / contact sheet link</w:t>
      </w:r>
    </w:p>
    <w:p>
      <w:r>
        <w:t>________________________________________________________________</w:t>
      </w:r>
    </w:p>
    <w:p>
      <w:pPr>
        <w:pStyle w:val="Heading2"/>
      </w:pPr>
      <w:r>
        <w:t>Poster / trailer / logo links and required credits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Heading1"/>
      </w:pPr>
      <w:r>
        <w:t>7  Confirmed news</w:t>
      </w:r>
    </w:p>
    <w:p>
      <w:pPr>
        <w:pStyle w:val="Heading2"/>
      </w:pPr>
      <w:r>
        <w:t>Festival or screening / date / venue</w:t>
      </w:r>
    </w:p>
    <w:p>
      <w:r>
        <w:t>________________________________________________________________</w:t>
      </w:r>
    </w:p>
    <w:p>
      <w:pPr>
        <w:pStyle w:val="Heading2"/>
      </w:pPr>
      <w:r>
        <w:t>Public booking or announcement link</w:t>
      </w:r>
    </w:p>
    <w:p>
      <w:r>
        <w:t>________________________________________________________________</w:t>
      </w:r>
    </w:p>
    <w:p>
      <w:pPr>
        <w:pStyle w:val="Heading2"/>
      </w:pPr>
      <w:r>
        <w:t>Award: exact festival, year and category</w:t>
      </w:r>
    </w:p>
    <w:p>
      <w:r>
        <w:t>________________________________________________________________</w:t>
      </w:r>
    </w:p>
    <w:p>
      <w:pPr>
        <w:pStyle w:val="Heading2"/>
      </w:pPr>
      <w:r>
        <w:t>Work recognised: screenplay or completed film</w:t>
      </w:r>
    </w:p>
    <w:p>
      <w:r>
        <w:t>________________________________________________________________</w:t>
      </w:r>
    </w:p>
    <w:p>
      <w:pPr>
        <w:pStyle w:val="Heading2"/>
      </w:pPr>
      <w:r>
        <w:t>Announcement date / embargo / verification source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Heading1"/>
      </w:pPr>
      <w:r>
        <w:t>8  Release checks</w:t>
      </w:r>
    </w:p>
    <w:p>
      <w:pPr>
        <w:pStyle w:val="Heading2"/>
      </w:pPr>
      <w:r>
        <w:t>Public download links tested while signed out</w:t>
      </w:r>
    </w:p>
    <w:p>
      <w:r>
        <w:t>________________________________________________________________</w:t>
      </w:r>
    </w:p>
    <w:p>
      <w:pPr>
        <w:pStyle w:val="Heading2"/>
      </w:pPr>
      <w:r>
        <w:t>Private screener request route and expiry</w:t>
      </w:r>
    </w:p>
    <w:p>
      <w:r>
        <w:t>________________________________________________________________</w:t>
      </w:r>
    </w:p>
    <w:p>
      <w:pPr>
        <w:pStyle w:val="Heading2"/>
      </w:pPr>
      <w:r>
        <w:t>Names, facts, credits and permissions checked by</w:t>
      </w:r>
    </w:p>
    <w:p>
      <w:r>
        <w:t>________________________________________________________________</w:t>
      </w:r>
    </w:p>
    <w:p>
      <w:pPr>
        <w:pStyle w:val="Heading2"/>
      </w:pPr>
      <w:r>
        <w:t>Unconfirmed claims and placeholders removed</w:t>
      </w:r>
    </w:p>
    <w:p>
      <w:r>
        <w:t>________________________________________________________________</w:t>
      </w:r>
    </w:p>
    <w:p>
      <w:pPr>
        <w:pStyle w:val="Heading2"/>
      </w:pPr>
      <w:r>
        <w:t>Final issue date / version / approval owner</w:t>
      </w:r>
    </w:p>
    <w:p>
      <w:r>
        <w:t>________________________________________________________________</w:t>
      </w:r>
    </w:p>
    <w:sectPr w:rsidR="00FC693F" w:rsidRPr="0006063C" w:rsidSect="00034616">
      <w:footerReference w:type="default" r:id="rId9"/>
      <w:pgSz w:w="11909" w:h="16834"/>
      <w:pgMar w:top="1152" w:right="1224" w:bottom="1152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Shooting the Script  •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DejaVu Serif" w:hAnsi="DejaVu Seri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erif" w:hAnsi="DejaVu Serif"/>
      <w:b/>
      <w:bCs/>
      <w:color w:val="365F91" w:themeColor="accent1" w:themeShade="BF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erif" w:hAnsi="DejaVu Serif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erif" w:hAnsi="DejaVu Serif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